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H Sarabun New" w:hAnsi="TH Sarabun New" w:eastAsia="TH Sarabun New"/>
          <w:b/>
          <w:sz w:val="56"/>
        </w:rPr>
        <w:t>คู่มือการใช้งาน</w:t>
      </w:r>
    </w:p>
    <w:p>
      <w:pPr>
        <w:jc w:val="center"/>
      </w:pPr>
      <w:r>
        <w:rPr>
          <w:rFonts w:ascii="TH Sarabun New" w:hAnsi="TH Sarabun New" w:eastAsia="TH Sarabun New"/>
          <w:b/>
          <w:sz w:val="44"/>
        </w:rPr>
        <w:t>ระบบบริการวิชาการ มหาวิทยาลัยทักษิณ</w:t>
      </w:r>
    </w:p>
    <w:p>
      <w:pPr>
        <w:jc w:val="center"/>
      </w:pPr>
      <w:r>
        <w:rPr>
          <w:rFonts w:ascii="TH Sarabun New" w:hAnsi="TH Sarabun New" w:eastAsia="TH Sarabun New"/>
          <w:b w:val="0"/>
          <w:sz w:val="28"/>
        </w:rPr>
        <w:t>เวอร์ชันเอกสาร 29/09/2026  |  URL: https://training.tsu.ac.th</w:t>
      </w:r>
    </w:p>
    <w:p>
      <w:r>
        <w:rPr>
          <w:rFonts w:ascii="TH Sarabun New" w:hAnsi="TH Sarabun New" w:eastAsia="TH Sarabun New"/>
          <w:b w:val="0"/>
          <w:sz w:val="32"/>
        </w:rPr>
        <w:t>เอกสารนี้อธิบายขั้นตอนการใช้งานระบบสำหรับผู้ใช้ทั่วไป และคู่มือฉบับเต็มสำหรับผู้ดูแล/ผู้จัดการหลักสูตร พร้อมภาพหน้าจอประกอบในแต่ละขั้นตอน (ฟอนต์ TH Sarabun New)</w:t>
      </w:r>
    </w:p>
    <w:p>
      <w:r>
        <w:rPr>
          <w:rFonts w:ascii="TH Sarabun New" w:hAnsi="TH Sarabun New" w:eastAsia="TH Sarabun New"/>
          <w:b/>
          <w:sz w:val="36"/>
        </w:rPr>
        <w:t>สารบัญ</w:t>
      </w:r>
    </w:p>
    <w:p>
      <w:r>
        <w:rPr>
          <w:rFonts w:ascii="TH Sarabun New" w:hAnsi="TH Sarabun New" w:eastAsia="TH Sarabun New"/>
          <w:b w:val="0"/>
          <w:sz w:val="32"/>
        </w:rPr>
        <w:t>1. ภาพรวมระบบ</w:t>
      </w:r>
    </w:p>
    <w:p>
      <w:r>
        <w:rPr>
          <w:rFonts w:ascii="TH Sarabun New" w:hAnsi="TH Sarabun New" w:eastAsia="TH Sarabun New"/>
          <w:b w:val="0"/>
          <w:sz w:val="32"/>
        </w:rPr>
        <w:t>2. การเข้าสู่ระบบ</w:t>
      </w:r>
    </w:p>
    <w:p>
      <w:r>
        <w:rPr>
          <w:rFonts w:ascii="TH Sarabun New" w:hAnsi="TH Sarabun New" w:eastAsia="TH Sarabun New"/>
          <w:b w:val="0"/>
          <w:sz w:val="32"/>
        </w:rPr>
        <w:t>3. การสมัครสมาชิก (บุคคลภายนอก)</w:t>
      </w:r>
    </w:p>
    <w:p>
      <w:r>
        <w:rPr>
          <w:rFonts w:ascii="TH Sarabun New" w:hAnsi="TH Sarabun New" w:eastAsia="TH Sarabun New"/>
          <w:b w:val="0"/>
          <w:sz w:val="32"/>
        </w:rPr>
        <w:t>4. การค้นหาและกรองหลักสูตร</w:t>
      </w:r>
    </w:p>
    <w:p>
      <w:r>
        <w:rPr>
          <w:rFonts w:ascii="TH Sarabun New" w:hAnsi="TH Sarabun New" w:eastAsia="TH Sarabun New"/>
          <w:b w:val="0"/>
          <w:sz w:val="32"/>
        </w:rPr>
        <w:t>5. การสมัครเข้าร่วมหลักสูตร</w:t>
      </w:r>
    </w:p>
    <w:p>
      <w:r>
        <w:rPr>
          <w:rFonts w:ascii="TH Sarabun New" w:hAnsi="TH Sarabun New" w:eastAsia="TH Sarabun New"/>
          <w:b w:val="0"/>
          <w:sz w:val="32"/>
        </w:rPr>
        <w:t>6. การขอจัดอบรม</w:t>
      </w:r>
    </w:p>
    <w:p>
      <w:r>
        <w:rPr>
          <w:rFonts w:ascii="TH Sarabun New" w:hAnsi="TH Sarabun New" w:eastAsia="TH Sarabun New"/>
          <w:b w:val="0"/>
          <w:sz w:val="32"/>
        </w:rPr>
        <w:t>7. ปฏิทินฝึกอบรม</w:t>
      </w:r>
    </w:p>
    <w:p>
      <w:r>
        <w:rPr>
          <w:rFonts w:ascii="TH Sarabun New" w:hAnsi="TH Sarabun New" w:eastAsia="TH Sarabun New"/>
          <w:b w:val="0"/>
          <w:sz w:val="32"/>
        </w:rPr>
        <w:t>8. ทำเนียบวิทยากร</w:t>
      </w:r>
    </w:p>
    <w:p>
      <w:r>
        <w:rPr>
          <w:rFonts w:ascii="TH Sarabun New" w:hAnsi="TH Sarabun New" w:eastAsia="TH Sarabun New"/>
          <w:b w:val="0"/>
          <w:sz w:val="32"/>
        </w:rPr>
        <w:t>9. หน่วยงาน</w:t>
      </w:r>
    </w:p>
    <w:p>
      <w:r>
        <w:rPr>
          <w:rFonts w:ascii="TH Sarabun New" w:hAnsi="TH Sarabun New" w:eastAsia="TH Sarabun New"/>
          <w:b w:val="0"/>
          <w:sz w:val="32"/>
        </w:rPr>
        <w:t>10. ผลการดำเนินงาน</w:t>
      </w:r>
    </w:p>
    <w:p>
      <w:r>
        <w:rPr>
          <w:rFonts w:ascii="TH Sarabun New" w:hAnsi="TH Sarabun New" w:eastAsia="TH Sarabun New"/>
          <w:b w:val="0"/>
          <w:sz w:val="32"/>
        </w:rPr>
        <w:t>11. การเช็คอินเข้าอบรม</w:t>
      </w:r>
    </w:p>
    <w:p>
      <w:r>
        <w:rPr>
          <w:rFonts w:ascii="TH Sarabun New" w:hAnsi="TH Sarabun New" w:eastAsia="TH Sarabun New"/>
          <w:b w:val="0"/>
          <w:sz w:val="32"/>
        </w:rPr>
        <w:t>12. หลักสูตรของฉันและวุฒิบัตร</w:t>
      </w:r>
    </w:p>
    <w:p>
      <w:r>
        <w:rPr>
          <w:rFonts w:ascii="TH Sarabun New" w:hAnsi="TH Sarabun New" w:eastAsia="TH Sarabun New"/>
          <w:b w:val="0"/>
          <w:sz w:val="32"/>
        </w:rPr>
        <w:t>13. ผู้ดูแล / ผู้จัดการหลักสูตร (ภาพรวม)</w:t>
      </w:r>
    </w:p>
    <w:p>
      <w:r>
        <w:rPr>
          <w:rFonts w:ascii="TH Sarabun New" w:hAnsi="TH Sarabun New" w:eastAsia="TH Sarabun New"/>
          <w:b w:val="0"/>
          <w:sz w:val="32"/>
        </w:rPr>
        <w:t>14. เข้าสู่ระบบผู้ดูแลด้วย TSU iPass</w:t>
      </w:r>
    </w:p>
    <w:p>
      <w:r>
        <w:rPr>
          <w:rFonts w:ascii="TH Sarabun New" w:hAnsi="TH Sarabun New" w:eastAsia="TH Sarabun New"/>
          <w:b w:val="0"/>
          <w:sz w:val="32"/>
        </w:rPr>
        <w:t>15. จัดการหลักสูตรทั้งหมด</w:t>
      </w:r>
    </w:p>
    <w:p>
      <w:r>
        <w:rPr>
          <w:rFonts w:ascii="TH Sarabun New" w:hAnsi="TH Sarabun New" w:eastAsia="TH Sarabun New"/>
          <w:b w:val="0"/>
          <w:sz w:val="32"/>
        </w:rPr>
        <w:t>16. เพิ่มหลักสูตร / รุ่นใหม่</w:t>
      </w:r>
    </w:p>
    <w:p>
      <w:r>
        <w:rPr>
          <w:rFonts w:ascii="TH Sarabun New" w:hAnsi="TH Sarabun New" w:eastAsia="TH Sarabun New"/>
          <w:b w:val="0"/>
          <w:sz w:val="32"/>
        </w:rPr>
        <w:t>17. แก้ไขข้อมูลหลักสูตร</w:t>
      </w:r>
    </w:p>
    <w:p>
      <w:r>
        <w:rPr>
          <w:rFonts w:ascii="TH Sarabun New" w:hAnsi="TH Sarabun New" w:eastAsia="TH Sarabun New"/>
          <w:b w:val="0"/>
          <w:sz w:val="32"/>
        </w:rPr>
        <w:t>18. จัดการผู้ลงทะเบียน</w:t>
      </w:r>
    </w:p>
    <w:p>
      <w:r>
        <w:rPr>
          <w:rFonts w:ascii="TH Sarabun New" w:hAnsi="TH Sarabun New" w:eastAsia="TH Sarabun New"/>
          <w:b w:val="0"/>
          <w:sz w:val="32"/>
        </w:rPr>
        <w:t>19. QR Code สำหรับเช็คอิน</w:t>
      </w:r>
    </w:p>
    <w:p>
      <w:r>
        <w:rPr>
          <w:rFonts w:ascii="TH Sarabun New" w:hAnsi="TH Sarabun New" w:eastAsia="TH Sarabun New"/>
          <w:b w:val="0"/>
          <w:sz w:val="32"/>
        </w:rPr>
        <w:t>20. สถิติแบบประเมินของหลักสูตร</w:t>
      </w:r>
    </w:p>
    <w:p>
      <w:r>
        <w:rPr>
          <w:rFonts w:ascii="TH Sarabun New" w:hAnsi="TH Sarabun New" w:eastAsia="TH Sarabun New"/>
          <w:b w:val="0"/>
          <w:sz w:val="32"/>
        </w:rPr>
        <w:t>21. ผู้ใช้งานและสิทธิ์ (เฉพาะผู้ดูแลระบบ)</w:t>
      </w:r>
    </w:p>
    <w:p>
      <w:r>
        <w:rPr>
          <w:rFonts w:ascii="TH Sarabun New" w:hAnsi="TH Sarabun New" w:eastAsia="TH Sarabun New"/>
          <w:b w:val="0"/>
          <w:sz w:val="32"/>
        </w:rPr>
        <w:t>22. เพิ่มผู้ใช้งาน</w:t>
      </w:r>
    </w:p>
    <w:p>
      <w:r>
        <w:rPr>
          <w:rFonts w:ascii="TH Sarabun New" w:hAnsi="TH Sarabun New" w:eastAsia="TH Sarabun New"/>
          <w:b w:val="0"/>
          <w:sz w:val="32"/>
        </w:rPr>
        <w:t>23. นำเข้าผู้ใช้งาน</w:t>
      </w:r>
    </w:p>
    <w:p>
      <w:r>
        <w:rPr>
          <w:rFonts w:ascii="TH Sarabun New" w:hAnsi="TH Sarabun New" w:eastAsia="TH Sarabun New"/>
          <w:b w:val="0"/>
          <w:sz w:val="32"/>
        </w:rPr>
        <w:t>24. จัดการแบบประเมิน</w:t>
      </w:r>
    </w:p>
    <w:p>
      <w:r>
        <w:rPr>
          <w:rFonts w:ascii="TH Sarabun New" w:hAnsi="TH Sarabun New" w:eastAsia="TH Sarabun New"/>
          <w:b w:val="0"/>
          <w:sz w:val="32"/>
        </w:rPr>
        <w:t>25. สร้างแบบประเมินใหม่</w:t>
      </w:r>
    </w:p>
    <w:p>
      <w:r>
        <w:rPr>
          <w:rFonts w:ascii="TH Sarabun New" w:hAnsi="TH Sarabun New" w:eastAsia="TH Sarabun New"/>
          <w:b w:val="0"/>
          <w:sz w:val="32"/>
        </w:rPr>
        <w:t>26. หมวดหมู่หลักสูตร (เฉพาะผู้ดูแลระบบ)</w:t>
      </w:r>
    </w:p>
    <w:p>
      <w:r>
        <w:rPr>
          <w:rFonts w:ascii="TH Sarabun New" w:hAnsi="TH Sarabun New" w:eastAsia="TH Sarabun New"/>
          <w:b w:val="0"/>
          <w:sz w:val="32"/>
        </w:rPr>
        <w:t>27. หน่วยงาน (เฉพาะผู้ดูแลระบบ)</w:t>
      </w:r>
    </w:p>
    <w:p>
      <w:r>
        <w:rPr>
          <w:rFonts w:ascii="TH Sarabun New" w:hAnsi="TH Sarabun New" w:eastAsia="TH Sarabun New"/>
          <w:b w:val="0"/>
          <w:sz w:val="32"/>
        </w:rPr>
        <w:t>28. จัดการวิทยากร</w:t>
      </w:r>
    </w:p>
    <w:p>
      <w:r>
        <w:rPr>
          <w:rFonts w:ascii="TH Sarabun New" w:hAnsi="TH Sarabun New" w:eastAsia="TH Sarabun New"/>
          <w:b w:val="0"/>
          <w:sz w:val="32"/>
        </w:rPr>
        <w:t>29. รายการแนะนำขอจัดอบรม</w:t>
      </w:r>
    </w:p>
    <w:p>
      <w:r>
        <w:rPr>
          <w:rFonts w:ascii="TH Sarabun New" w:hAnsi="TH Sarabun New" w:eastAsia="TH Sarabun New"/>
          <w:b w:val="0"/>
          <w:sz w:val="32"/>
        </w:rPr>
        <w:t>30. คำขอจัดอบรม</w:t>
      </w:r>
    </w:p>
    <w:p>
      <w:r>
        <w:rPr>
          <w:rFonts w:ascii="TH Sarabun New" w:hAnsi="TH Sarabun New" w:eastAsia="TH Sarabun New"/>
          <w:b w:val="0"/>
          <w:sz w:val="32"/>
        </w:rPr>
        <w:t>31. รูปแบบวุฒิบัตร</w:t>
      </w:r>
    </w:p>
    <w:p>
      <w:r>
        <w:rPr>
          <w:rFonts w:ascii="TH Sarabun New" w:hAnsi="TH Sarabun New" w:eastAsia="TH Sarabun New"/>
          <w:b w:val="0"/>
          <w:sz w:val="32"/>
        </w:rPr>
        <w:t>32. จัดการโครงการ</w:t>
      </w:r>
    </w:p>
    <w:p>
      <w:r>
        <w:rPr>
          <w:rFonts w:ascii="TH Sarabun New" w:hAnsi="TH Sarabun New" w:eastAsia="TH Sarabun New"/>
          <w:b w:val="0"/>
          <w:sz w:val="32"/>
        </w:rPr>
        <w:t>33. รายงาน</w:t>
      </w:r>
    </w:p>
    <w:p>
      <w:r>
        <w:rPr>
          <w:rFonts w:ascii="TH Sarabun New" w:hAnsi="TH Sarabun New" w:eastAsia="TH Sarabun New"/>
          <w:b/>
          <w:sz w:val="36"/>
        </w:rPr>
        <w:t>1. ภาพรวมระบบ</w:t>
      </w:r>
    </w:p>
    <w:p>
      <w:r>
        <w:rPr>
          <w:rFonts w:ascii="TH Sarabun New" w:hAnsi="TH Sarabun New" w:eastAsia="TH Sarabun New"/>
          <w:b w:val="0"/>
          <w:sz w:val="32"/>
        </w:rPr>
        <w:t>1) ระบบบริการวิชาการ มหาวิทยาลัยทักษิณ เป็นแพลตฟอร์มสำหรับค้นหา สมัคร และเข้าร่วมหลักสูตร Upskill / Reskill รวมถึงขอจัดอบรม และติดตามผลการดำเนินงาน</w:t>
      </w:r>
    </w:p>
    <w:p>
      <w:r>
        <w:rPr>
          <w:rFonts w:ascii="TH Sarabun New" w:hAnsi="TH Sarabun New" w:eastAsia="TH Sarabun New"/>
          <w:b w:val="0"/>
          <w:sz w:val="32"/>
        </w:rPr>
        <w:t>2) เมนูหลักอยู่ด้านบนของหน้าจอ ได้แก่ หน้าแรก, ขอจัดอบรม, ผลการดำเนินงาน, ปฏิทินฝึกอบรม, วิทยากร, หน่วยงาน และปุ่ม คู่มือ (อยู่ถัดจากปุ่มจัดการข้อมูลหลักสูตร)</w:t>
      </w:r>
    </w:p>
    <w:p>
      <w:r>
        <w:rPr>
          <w:rFonts w:ascii="TH Sarabun New" w:hAnsi="TH Sarabun New" w:eastAsia="TH Sarabun New"/>
          <w:b w:val="0"/>
          <w:sz w:val="32"/>
        </w:rPr>
        <w:t>3) เปิดเมนู คู่มือ ได้ทุกเวลาเพื่ออ่านขั้นตอนการใช้งานฉบับนี้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hom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1 หน้าแรกของระบบและตำแหน่งเมนู คู่มือ</w:t>
      </w:r>
    </w:p>
    <w:p>
      <w:r>
        <w:rPr>
          <w:rFonts w:ascii="TH Sarabun New" w:hAnsi="TH Sarabun New" w:eastAsia="TH Sarabun New"/>
          <w:b/>
          <w:sz w:val="36"/>
        </w:rPr>
        <w:t>2. การเข้าสู่ระบบ</w:t>
      </w:r>
    </w:p>
    <w:p>
      <w:r>
        <w:rPr>
          <w:rFonts w:ascii="TH Sarabun New" w:hAnsi="TH Sarabun New" w:eastAsia="TH Sarabun New"/>
          <w:b w:val="0"/>
          <w:sz w:val="32"/>
        </w:rPr>
        <w:t>1) คลิกปุ่ม เข้าสู่ระบบ ที่มุมขวาบนของหน้าจอ</w:t>
      </w:r>
    </w:p>
    <w:p>
      <w:r>
        <w:rPr>
          <w:rFonts w:ascii="TH Sarabun New" w:hAnsi="TH Sarabun New" w:eastAsia="TH Sarabun New"/>
          <w:b w:val="0"/>
          <w:sz w:val="32"/>
        </w:rPr>
        <w:t>2) นิสิตและบุคลากร ม.ทักษิณ: คลิก เข้าสู่ระบบด้วย TSU iPass แล้วอนุญาตการเข้าถึงด้วยบัญชีมหาวิทยาลัย</w:t>
      </w:r>
    </w:p>
    <w:p>
      <w:r>
        <w:rPr>
          <w:rFonts w:ascii="TH Sarabun New" w:hAnsi="TH Sarabun New" w:eastAsia="TH Sarabun New"/>
          <w:b w:val="0"/>
          <w:sz w:val="32"/>
        </w:rPr>
        <w:t>3) บุคคลภายนอก: กรอกอีเมลและรหัสผ่านในแบบฟอร์มด้านขวา แล้วกด เข้าสู่ระบบ</w:t>
      </w:r>
    </w:p>
    <w:p>
      <w:r>
        <w:rPr>
          <w:rFonts w:ascii="TH Sarabun New" w:hAnsi="TH Sarabun New" w:eastAsia="TH Sarabun New"/>
          <w:b w:val="0"/>
          <w:sz w:val="32"/>
        </w:rPr>
        <w:t>4) หากยังไม่มีบัญชี คลิก สร้างบัญชีผู้ใช้งานใหม่ หรือปุ่ม สมัครสมาชิก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logi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2 หน้าเข้าสู่ระบบ (TSU iPass และอีเมล/รหัสผ่าน)</w:t>
      </w:r>
    </w:p>
    <w:p>
      <w:r>
        <w:rPr>
          <w:rFonts w:ascii="TH Sarabun New" w:hAnsi="TH Sarabun New" w:eastAsia="TH Sarabun New"/>
          <w:b/>
          <w:sz w:val="36"/>
        </w:rPr>
        <w:t>3. การสมัครสมาชิก (บุคคลภายนอก)</w:t>
      </w:r>
    </w:p>
    <w:p>
      <w:r>
        <w:rPr>
          <w:rFonts w:ascii="TH Sarabun New" w:hAnsi="TH Sarabun New" w:eastAsia="TH Sarabun New"/>
          <w:b w:val="0"/>
          <w:sz w:val="32"/>
        </w:rPr>
        <w:t>1) คลิก สมัครสมาชิก จากหน้าแรก หรือจากลิงก์ในหน้าเข้าสู่ระบบ</w:t>
      </w:r>
    </w:p>
    <w:p>
      <w:r>
        <w:rPr>
          <w:rFonts w:ascii="TH Sarabun New" w:hAnsi="TH Sarabun New" w:eastAsia="TH Sarabun New"/>
          <w:b w:val="0"/>
          <w:sz w:val="32"/>
        </w:rPr>
        <w:t>2) กรอกข้อมูลส่วนตัว อีเมล และรหัสผ่านตามแบบฟอร์ม</w:t>
      </w:r>
    </w:p>
    <w:p>
      <w:r>
        <w:rPr>
          <w:rFonts w:ascii="TH Sarabun New" w:hAnsi="TH Sarabun New" w:eastAsia="TH Sarabun New"/>
          <w:b w:val="0"/>
          <w:sz w:val="32"/>
        </w:rPr>
        <w:t>3) ตรวจสอบข้อมูลแล้วกดยืนยันการสมัคร จากนั้นเข้าสู่ระบบด้วยอีเมลที่ลงทะเบียน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registe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3 หน้าสมัครสมาชิก</w:t>
      </w:r>
    </w:p>
    <w:p>
      <w:r>
        <w:rPr>
          <w:rFonts w:ascii="TH Sarabun New" w:hAnsi="TH Sarabun New" w:eastAsia="TH Sarabun New"/>
          <w:b/>
          <w:sz w:val="36"/>
        </w:rPr>
        <w:t>4. การค้นหาและกรองหลักสูตร</w:t>
      </w:r>
    </w:p>
    <w:p>
      <w:r>
        <w:rPr>
          <w:rFonts w:ascii="TH Sarabun New" w:hAnsi="TH Sarabun New" w:eastAsia="TH Sarabun New"/>
          <w:b w:val="0"/>
          <w:sz w:val="32"/>
        </w:rPr>
        <w:t>1) ที่หน้าแรก ใช้ช่องค้นหาเพื่อพิมพ์ชื่อหลักสูตรหรือวิทยากร</w:t>
      </w:r>
    </w:p>
    <w:p>
      <w:r>
        <w:rPr>
          <w:rFonts w:ascii="TH Sarabun New" w:hAnsi="TH Sarabun New" w:eastAsia="TH Sarabun New"/>
          <w:b w:val="0"/>
          <w:sz w:val="32"/>
        </w:rPr>
        <w:t>2) เลือกตัวกรอง หมวดหมู่ สถานะ (เปิด/ปิดรับสมัคร) วิทยาเขต และหน่วยงาน ตามต้องการ</w:t>
      </w:r>
    </w:p>
    <w:p>
      <w:r>
        <w:rPr>
          <w:rFonts w:ascii="TH Sarabun New" w:hAnsi="TH Sarabun New" w:eastAsia="TH Sarabun New"/>
          <w:b w:val="0"/>
          <w:sz w:val="32"/>
        </w:rPr>
        <w:t>3) สลับมุมมองแบบตาราง (Grid) หรือรายการ (List) ได้จากปุ่มด้านขวาของช่องค้นหา</w:t>
      </w:r>
    </w:p>
    <w:p>
      <w:r>
        <w:rPr>
          <w:rFonts w:ascii="TH Sarabun New" w:hAnsi="TH Sarabun New" w:eastAsia="TH Sarabun New"/>
          <w:b w:val="0"/>
          <w:sz w:val="32"/>
        </w:rPr>
        <w:t>4) คลิกการ์ดหลักสูตรที่สนใจเพื่อดูรายละเอียดและสมัคร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hom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4 เครื่องมือค้นหาและตัวกรองหลักสูตร</w:t>
      </w:r>
    </w:p>
    <w:p>
      <w:r>
        <w:rPr>
          <w:rFonts w:ascii="TH Sarabun New" w:hAnsi="TH Sarabun New" w:eastAsia="TH Sarabun New"/>
          <w:b/>
          <w:sz w:val="36"/>
        </w:rPr>
        <w:t>5. การสมัครเข้าร่วมหลักสูตร</w:t>
      </w:r>
    </w:p>
    <w:p>
      <w:r>
        <w:rPr>
          <w:rFonts w:ascii="TH Sarabun New" w:hAnsi="TH Sarabun New" w:eastAsia="TH Sarabun New"/>
          <w:b w:val="0"/>
          <w:sz w:val="32"/>
        </w:rPr>
        <w:t>1) เปิดหน้ารายละเอียดหลักสูตรเพื่อดูวันอบรม สถานที่ กลุ่มเป้าหมาย และค่าสมัคร</w:t>
      </w:r>
    </w:p>
    <w:p>
      <w:r>
        <w:rPr>
          <w:rFonts w:ascii="TH Sarabun New" w:hAnsi="TH Sarabun New" w:eastAsia="TH Sarabun New"/>
          <w:b w:val="0"/>
          <w:sz w:val="32"/>
        </w:rPr>
        <w:t>2) ตรวจสอบที่นั่งคงเหลือและช่วงเวลารับสมัคร</w:t>
      </w:r>
    </w:p>
    <w:p>
      <w:r>
        <w:rPr>
          <w:rFonts w:ascii="TH Sarabun New" w:hAnsi="TH Sarabun New" w:eastAsia="TH Sarabun New"/>
          <w:b w:val="0"/>
          <w:sz w:val="32"/>
        </w:rPr>
        <w:t>3) กดปุ่ม สมัครเข้าอบรม (ต้องเข้าสู่ระบบก่อน) แล้วยืนยันในหน้าต่างยืนยัน</w:t>
      </w:r>
    </w:p>
    <w:p>
      <w:r>
        <w:rPr>
          <w:rFonts w:ascii="TH Sarabun New" w:hAnsi="TH Sarabun New" w:eastAsia="TH Sarabun New"/>
          <w:b w:val="0"/>
          <w:sz w:val="32"/>
        </w:rPr>
        <w:t>4) หลังสมัครสำเร็จ สามารถดูสถานะได้ที่ หลักสูตรของฉัน และรับลิงก์ห้องอบรม/ไฟล์ (ถ้ามี)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-course-detail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5 หน้ารายละเอียดหลักสูตรและการสมัคร</w:t>
      </w:r>
    </w:p>
    <w:p>
      <w:r>
        <w:rPr>
          <w:rFonts w:ascii="TH Sarabun New" w:hAnsi="TH Sarabun New" w:eastAsia="TH Sarabun New"/>
          <w:b/>
          <w:sz w:val="36"/>
        </w:rPr>
        <w:t>6. การขอจัดอบรม</w:t>
      </w:r>
    </w:p>
    <w:p>
      <w:r>
        <w:rPr>
          <w:rFonts w:ascii="TH Sarabun New" w:hAnsi="TH Sarabun New" w:eastAsia="TH Sarabun New"/>
          <w:b w:val="0"/>
          <w:sz w:val="32"/>
        </w:rPr>
        <w:t>1) เลือกเมนู ขอจัดอบรม จากแถบนำทาง</w:t>
      </w:r>
    </w:p>
    <w:p>
      <w:r>
        <w:rPr>
          <w:rFonts w:ascii="TH Sarabun New" w:hAnsi="TH Sarabun New" w:eastAsia="TH Sarabun New"/>
          <w:b w:val="0"/>
          <w:sz w:val="32"/>
        </w:rPr>
        <w:t>2) เลือกประเภทที่ต้องการ (หลักสูตร / ค่าย / กิจกรรม) หรือค้นหารายการแนะนำ</w:t>
      </w:r>
    </w:p>
    <w:p>
      <w:r>
        <w:rPr>
          <w:rFonts w:ascii="TH Sarabun New" w:hAnsi="TH Sarabun New" w:eastAsia="TH Sarabun New"/>
          <w:b w:val="0"/>
          <w:sz w:val="32"/>
        </w:rPr>
        <w:t>3) คลิกเลือกรายการ หรือเลือกขอจัดแบบกำหนดเอง แล้วกรอกแบบฟอร์มติดต่อ ช่วงเวลา จำนวนผู้เข้าร่วม และสถานที่</w:t>
      </w:r>
    </w:p>
    <w:p>
      <w:r>
        <w:rPr>
          <w:rFonts w:ascii="TH Sarabun New" w:hAnsi="TH Sarabun New" w:eastAsia="TH Sarabun New"/>
          <w:b w:val="0"/>
          <w:sz w:val="32"/>
        </w:rPr>
        <w:t>4) กดส่งคำขอ ระบบจะแจ้งหน่วยงานที่เกี่ยวข้องเพื่อดำเนินการต่อ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reques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6 หน้าขอจัดอบรม</w:t>
      </w:r>
    </w:p>
    <w:p>
      <w:r>
        <w:rPr>
          <w:rFonts w:ascii="TH Sarabun New" w:hAnsi="TH Sarabun New" w:eastAsia="TH Sarabun New"/>
          <w:b/>
          <w:sz w:val="36"/>
        </w:rPr>
        <w:t>7. ปฏิทินฝึกอบรม</w:t>
      </w:r>
    </w:p>
    <w:p>
      <w:r>
        <w:rPr>
          <w:rFonts w:ascii="TH Sarabun New" w:hAnsi="TH Sarabun New" w:eastAsia="TH Sarabun New"/>
          <w:b w:val="0"/>
          <w:sz w:val="32"/>
        </w:rPr>
        <w:t>1) เลือกเมนู ปฏิทินฝึกอบรม เพื่อดูกำหนดการอบรมทั้งระบบ</w:t>
      </w:r>
    </w:p>
    <w:p>
      <w:r>
        <w:rPr>
          <w:rFonts w:ascii="TH Sarabun New" w:hAnsi="TH Sarabun New" w:eastAsia="TH Sarabun New"/>
          <w:b w:val="0"/>
          <w:sz w:val="32"/>
        </w:rPr>
        <w:t>2) สลับมุมมองปฏิทินหรือไทม์ไลน์ได้ตามต้องการ</w:t>
      </w:r>
    </w:p>
    <w:p>
      <w:r>
        <w:rPr>
          <w:rFonts w:ascii="TH Sarabun New" w:hAnsi="TH Sarabun New" w:eastAsia="TH Sarabun New"/>
          <w:b w:val="0"/>
          <w:sz w:val="32"/>
        </w:rPr>
        <w:t>3) คลิกรายการในปฏิทินเพื่อไปยังหน้ารายละเอียดหลักสูตร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calendar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7 หน้าปฏิทินฝึกอบรม</w:t>
      </w:r>
    </w:p>
    <w:p>
      <w:r>
        <w:rPr>
          <w:rFonts w:ascii="TH Sarabun New" w:hAnsi="TH Sarabun New" w:eastAsia="TH Sarabun New"/>
          <w:b/>
          <w:sz w:val="36"/>
        </w:rPr>
        <w:t>8. ทำเนียบวิทยากร</w:t>
      </w:r>
    </w:p>
    <w:p>
      <w:r>
        <w:rPr>
          <w:rFonts w:ascii="TH Sarabun New" w:hAnsi="TH Sarabun New" w:eastAsia="TH Sarabun New"/>
          <w:b w:val="0"/>
          <w:sz w:val="32"/>
        </w:rPr>
        <w:t>1) เลือกเมนู วิทยากร เพื่อดูรายชื่อวิทยากรและความเชี่ยวชาญ</w:t>
      </w:r>
    </w:p>
    <w:p>
      <w:r>
        <w:rPr>
          <w:rFonts w:ascii="TH Sarabun New" w:hAnsi="TH Sarabun New" w:eastAsia="TH Sarabun New"/>
          <w:b w:val="0"/>
          <w:sz w:val="32"/>
        </w:rPr>
        <w:t>2) ใช้ช่องค้นหาเพื่อกรองตามชื่อ ตำแหน่ง หรือทักษะ</w:t>
      </w:r>
    </w:p>
    <w:p>
      <w:r>
        <w:rPr>
          <w:rFonts w:ascii="TH Sarabun New" w:hAnsi="TH Sarabun New" w:eastAsia="TH Sarabun New"/>
          <w:b w:val="0"/>
          <w:sz w:val="32"/>
        </w:rPr>
        <w:t>3) คลิกโปรไฟล์วิทยากรเพื่อดูประวัติและหลักสูตรที่เกี่ยวข้อง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-speakers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8 หน้าทำเนียบวิทยากร</w:t>
      </w:r>
    </w:p>
    <w:p>
      <w:r>
        <w:rPr>
          <w:rFonts w:ascii="TH Sarabun New" w:hAnsi="TH Sarabun New" w:eastAsia="TH Sarabun New"/>
          <w:b/>
          <w:sz w:val="36"/>
        </w:rPr>
        <w:t>9. หน่วยงาน</w:t>
      </w:r>
    </w:p>
    <w:p>
      <w:r>
        <w:rPr>
          <w:rFonts w:ascii="TH Sarabun New" w:hAnsi="TH Sarabun New" w:eastAsia="TH Sarabun New"/>
          <w:b w:val="0"/>
          <w:sz w:val="32"/>
        </w:rPr>
        <w:t>1) เลือกเมนู หน่วยงาน เพื่อดูหน่วยงานที่เปิดหลักสูตร</w:t>
      </w:r>
    </w:p>
    <w:p>
      <w:r>
        <w:rPr>
          <w:rFonts w:ascii="TH Sarabun New" w:hAnsi="TH Sarabun New" w:eastAsia="TH Sarabun New"/>
          <w:b w:val="0"/>
          <w:sz w:val="32"/>
        </w:rPr>
        <w:t>2) คลิกหน่วยงานเพื่อเข้าชมหน้าปกและรายการหลักสูตรของหน่วยงานนั้น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-org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9 หน้ารายการหน่วยงาน</w:t>
      </w:r>
    </w:p>
    <w:p>
      <w:r>
        <w:rPr>
          <w:rFonts w:ascii="TH Sarabun New" w:hAnsi="TH Sarabun New" w:eastAsia="TH Sarabun New"/>
          <w:b/>
          <w:sz w:val="36"/>
        </w:rPr>
        <w:t>10. ผลการดำเนินงาน</w:t>
      </w:r>
    </w:p>
    <w:p>
      <w:r>
        <w:rPr>
          <w:rFonts w:ascii="TH Sarabun New" w:hAnsi="TH Sarabun New" w:eastAsia="TH Sarabun New"/>
          <w:b w:val="0"/>
          <w:sz w:val="32"/>
        </w:rPr>
        <w:t>1) เลือกเมนู ผลการดำเนินงาน เพื่อดูสถิติภาพรวม เช่น จำนวนหลักสูตร ผู้เข้าอบรม และวุฒิบัตร</w:t>
      </w:r>
    </w:p>
    <w:p>
      <w:r>
        <w:rPr>
          <w:rFonts w:ascii="TH Sarabun New" w:hAnsi="TH Sarabun New" w:eastAsia="TH Sarabun New"/>
          <w:b w:val="0"/>
          <w:sz w:val="32"/>
        </w:rPr>
        <w:t>2) ปรับตัวกรองช่วงวันที่ หน่วยงาน หรือหมวดหมู่ได้ตามต้องการ</w:t>
      </w:r>
    </w:p>
    <w:p>
      <w:r>
        <w:rPr>
          <w:rFonts w:ascii="TH Sarabun New" w:hAnsi="TH Sarabun New" w:eastAsia="TH Sarabun New"/>
          <w:b w:val="0"/>
          <w:sz w:val="32"/>
        </w:rPr>
        <w:t>3) เลื่อนดูตารางโครงการและอันดับผู้เข้าอบรมเพื่อติดตามผลลัพธ์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-performanc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10 หน้าแดชบอร์ดผลการดำเนินงาน</w:t>
      </w:r>
    </w:p>
    <w:p>
      <w:r>
        <w:rPr>
          <w:rFonts w:ascii="TH Sarabun New" w:hAnsi="TH Sarabun New" w:eastAsia="TH Sarabun New"/>
          <w:b/>
          <w:sz w:val="36"/>
        </w:rPr>
        <w:t>11. การเช็คอินเข้าอบรม</w:t>
      </w:r>
    </w:p>
    <w:p>
      <w:r>
        <w:rPr>
          <w:rFonts w:ascii="TH Sarabun New" w:hAnsi="TH Sarabun New" w:eastAsia="TH Sarabun New"/>
          <w:b w:val="0"/>
          <w:sz w:val="32"/>
        </w:rPr>
        <w:t>1) ในวันอบรม ให้เข้าสู่ระบบก่อน แล้วเปิดหน้าเช็คอิน หรือสแกน QR Code ที่เจ้าหน้าที่จัดเตรียมไว้</w:t>
      </w:r>
    </w:p>
    <w:p>
      <w:r>
        <w:rPr>
          <w:rFonts w:ascii="TH Sarabun New" w:hAnsi="TH Sarabun New" w:eastAsia="TH Sarabun New"/>
          <w:b w:val="0"/>
          <w:sz w:val="32"/>
        </w:rPr>
        <w:t>2) ยืนยันตัวตนตามขั้นตอนบนหน้าจอจนระบบแสดงสถานะเช็คอินสำเร็จ</w:t>
      </w:r>
    </w:p>
    <w:p>
      <w:r>
        <w:rPr>
          <w:rFonts w:ascii="TH Sarabun New" w:hAnsi="TH Sarabun New" w:eastAsia="TH Sarabun New"/>
          <w:b w:val="0"/>
          <w:sz w:val="32"/>
        </w:rPr>
        <w:t>3) หากมีแบบประเมินหลังอบรม ระบบจะแจ้งให้ทำแบบประเมินเพื่อรับวุฒิบัตร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-checkin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11 หน้าเช็คอิน (ต้องเข้าสู่ระบบก่อนใช้งาน)</w:t>
      </w:r>
    </w:p>
    <w:p>
      <w:r>
        <w:rPr>
          <w:rFonts w:ascii="TH Sarabun New" w:hAnsi="TH Sarabun New" w:eastAsia="TH Sarabun New"/>
          <w:b/>
          <w:sz w:val="36"/>
        </w:rPr>
        <w:t>12. หลักสูตรของฉันและวุฒิบัตร</w:t>
      </w:r>
    </w:p>
    <w:p>
      <w:r>
        <w:rPr>
          <w:rFonts w:ascii="TH Sarabun New" w:hAnsi="TH Sarabun New" w:eastAsia="TH Sarabun New"/>
          <w:b w:val="0"/>
          <w:sz w:val="32"/>
        </w:rPr>
        <w:t>1) เข้าสู่ระบบ แล้วเปิดเมนูโปรไฟล์ หรือไปที่หลักสูตรของฉัน เพื่อดูรายการที่สมัครไว้</w:t>
      </w:r>
    </w:p>
    <w:p>
      <w:r>
        <w:rPr>
          <w:rFonts w:ascii="TH Sarabun New" w:hAnsi="TH Sarabun New" w:eastAsia="TH Sarabun New"/>
          <w:b w:val="0"/>
          <w:sz w:val="32"/>
        </w:rPr>
        <w:t>2) ติดตามสถานะการอบรม ลิงก์ห้องออนไลน์ และเอกสารประกอบ</w:t>
      </w:r>
    </w:p>
    <w:p>
      <w:r>
        <w:rPr>
          <w:rFonts w:ascii="TH Sarabun New" w:hAnsi="TH Sarabun New" w:eastAsia="TH Sarabun New"/>
          <w:b w:val="0"/>
          <w:sz w:val="32"/>
        </w:rPr>
        <w:t>3) เมื่อผ่านเงื่อนไข (เช่น เช็คอิน/ประเมิน) สามารถดาวน์โหลดหรือพิมพ์วุฒิบัตรออนไลน์ได้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-my-courses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12 หน้าหลักสูตรของฉัน (ต้องเข้าสู่ระบบ)</w:t>
      </w:r>
    </w:p>
    <w:p>
      <w:r>
        <w:rPr>
          <w:rFonts w:ascii="TH Sarabun New" w:hAnsi="TH Sarabun New" w:eastAsia="TH Sarabun New"/>
          <w:b/>
          <w:sz w:val="36"/>
        </w:rPr>
        <w:t>13. ผู้ดูแล / ผู้จัดการหลักสูตร (ภาพรวม)</w:t>
      </w:r>
    </w:p>
    <w:p>
      <w:r>
        <w:rPr>
          <w:rFonts w:ascii="TH Sarabun New" w:hAnsi="TH Sarabun New" w:eastAsia="TH Sarabun New"/>
          <w:b w:val="0"/>
          <w:sz w:val="32"/>
        </w:rPr>
        <w:t>1) บทนี้สำหรับผู้ที่มีสิทธิ์ ผู้ดูแลระบบ (admin) หรือ ผู้จัดการหลักสูตร (course_manager)</w:t>
      </w:r>
    </w:p>
    <w:p>
      <w:r>
        <w:rPr>
          <w:rFonts w:ascii="TH Sarabun New" w:hAnsi="TH Sarabun New" w:eastAsia="TH Sarabun New"/>
          <w:b w:val="0"/>
          <w:sz w:val="32"/>
        </w:rPr>
        <w:t>2) เข้าสู่ระบบด้วย TSU iPass ด้วยบัญชีมหาวิทยาลัย จากนั้นกด ดำเนินการต่อด้วยบัญชีนี้ ในหน้าอนุญาตสิทธิ์</w:t>
      </w:r>
    </w:p>
    <w:p>
      <w:r>
        <w:rPr>
          <w:rFonts w:ascii="TH Sarabun New" w:hAnsi="TH Sarabun New" w:eastAsia="TH Sarabun New"/>
          <w:b w:val="0"/>
          <w:sz w:val="32"/>
        </w:rPr>
        <w:t>3) เมื่อเข้าสู่ระบบสำเร็จ จะเห็นปุ่ม จัดการข้อมูลหลักสูตร สีน้ำเงินด้านบนขวา (ถัดจากเมนูหลัก ก่อนปุ่ม คู่มือ / โปรไฟล์)</w:t>
      </w:r>
    </w:p>
    <w:p>
      <w:r>
        <w:rPr>
          <w:rFonts w:ascii="TH Sarabun New" w:hAnsi="TH Sarabun New" w:eastAsia="TH Sarabun New"/>
          <w:b w:val="0"/>
          <w:sz w:val="32"/>
        </w:rPr>
        <w:t>4) คลิกปุ่มดังกล่าวเพื่อเปิดเมนูย่อย: จัดการหลักสูตร, ผู้ใช้งาน &amp; สิทธิ, แบบประเมิน, หมวดหมู่, หน่วยงาน, วิทยากร, รายการแนะนำขอจัด, คำขอจัดอบรม และวุฒิบัตร</w:t>
      </w:r>
    </w:p>
    <w:p>
      <w:r>
        <w:rPr>
          <w:rFonts w:ascii="TH Sarabun New" w:hAnsi="TH Sarabun New" w:eastAsia="TH Sarabun New"/>
          <w:b w:val="0"/>
          <w:sz w:val="32"/>
        </w:rPr>
        <w:t>5) หมายเหตุ: เมนู ผู้ใช้งาน &amp; สิทธิ, หมวดหมู่ และหน่วยงาน แสดงเฉพาะผู้ดูแลระบบเต็มรูปแบบ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01-manage-menu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13 เมนูจัดการข้อมูลหลักสูตรหลังเข้าสู่ระบบ</w:t>
      </w:r>
    </w:p>
    <w:p>
      <w:r>
        <w:rPr>
          <w:rFonts w:ascii="TH Sarabun New" w:hAnsi="TH Sarabun New" w:eastAsia="TH Sarabun New"/>
          <w:b/>
          <w:sz w:val="36"/>
        </w:rPr>
        <w:t>14. เข้าสู่ระบบผู้ดูแลด้วย TSU iPass</w:t>
      </w:r>
    </w:p>
    <w:p>
      <w:r>
        <w:rPr>
          <w:rFonts w:ascii="TH Sarabun New" w:hAnsi="TH Sarabun New" w:eastAsia="TH Sarabun New"/>
          <w:b w:val="0"/>
          <w:sz w:val="32"/>
        </w:rPr>
        <w:t>1) เปิดหน้าเข้าสู่ระบบ แล้วคลิก เข้าสู่ระบบด้วย TSU iPass</w:t>
      </w:r>
    </w:p>
    <w:p>
      <w:r>
        <w:rPr>
          <w:rFonts w:ascii="TH Sarabun New" w:hAnsi="TH Sarabun New" w:eastAsia="TH Sarabun New"/>
          <w:b w:val="0"/>
          <w:sz w:val="32"/>
        </w:rPr>
        <w:t>2) กรอกชื่อผู้ใช้และรหัสผ่านบัญชีมหาวิทยาลัย (เช่น username ของ iPass)</w:t>
      </w:r>
    </w:p>
    <w:p>
      <w:r>
        <w:rPr>
          <w:rFonts w:ascii="TH Sarabun New" w:hAnsi="TH Sarabun New" w:eastAsia="TH Sarabun New"/>
          <w:b w:val="0"/>
          <w:sz w:val="32"/>
        </w:rPr>
        <w:t>3) ในหน้าอนุญาตสิทธิ์ ตรวจสอบชื่อ-อีเมลของตนเอง แล้วกด ดำเนินการต่อด้วยบัญชีนี้</w:t>
      </w:r>
    </w:p>
    <w:p>
      <w:r>
        <w:rPr>
          <w:rFonts w:ascii="TH Sarabun New" w:hAnsi="TH Sarabun New" w:eastAsia="TH Sarabun New"/>
          <w:b w:val="0"/>
          <w:sz w:val="32"/>
        </w:rPr>
        <w:t>4) ระบบจะพากลับเข้าสู่ระบบบริการวิชาการ พร้อมสิทธิ์ตามที่ได้รับมอบหมาย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00-ipass-authoriz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14 หน้าอนุญาตสิทธิ์ TSU iPass ก่อนเข้าสู่ระบบ</w:t>
      </w:r>
    </w:p>
    <w:p>
      <w:r>
        <w:rPr>
          <w:rFonts w:ascii="TH Sarabun New" w:hAnsi="TH Sarabun New" w:eastAsia="TH Sarabun New"/>
          <w:b/>
          <w:sz w:val="36"/>
        </w:rPr>
        <w:t>15. จัดการหลักสูตรทั้งหมด</w:t>
      </w:r>
    </w:p>
    <w:p>
      <w:r>
        <w:rPr>
          <w:rFonts w:ascii="TH Sarabun New" w:hAnsi="TH Sarabun New" w:eastAsia="TH Sarabun New"/>
          <w:b w:val="0"/>
          <w:sz w:val="32"/>
        </w:rPr>
        <w:t>1) จากเมนูจัดการ เลือก จัดการหลักสูตร หรือไปที่ /admin/courses</w:t>
      </w:r>
    </w:p>
    <w:p>
      <w:r>
        <w:rPr>
          <w:rFonts w:ascii="TH Sarabun New" w:hAnsi="TH Sarabun New" w:eastAsia="TH Sarabun New"/>
          <w:b w:val="0"/>
          <w:sz w:val="32"/>
        </w:rPr>
        <w:t>2) ใช้ช่องค้นหาและตัวกรองสถานะ วิทยาเขต หน่วยงาน และช่วงวันที่ เพื่อหารุ่นที่ต้องการ</w:t>
      </w:r>
    </w:p>
    <w:p>
      <w:r>
        <w:rPr>
          <w:rFonts w:ascii="TH Sarabun New" w:hAnsi="TH Sarabun New" w:eastAsia="TH Sarabun New"/>
          <w:b w:val="0"/>
          <w:sz w:val="32"/>
        </w:rPr>
        <w:t>3) กด ส่งออกรายงาน เพื่อส่งออกข้อมูลหลักสูตร หรือ จัดการโครงการ เพื่อดูโครงการที่เกี่ยวข้อง</w:t>
      </w:r>
    </w:p>
    <w:p>
      <w:r>
        <w:rPr>
          <w:rFonts w:ascii="TH Sarabun New" w:hAnsi="TH Sarabun New" w:eastAsia="TH Sarabun New"/>
          <w:b w:val="0"/>
          <w:sz w:val="32"/>
        </w:rPr>
        <w:t>4) กด + เพิ่มหลักสูตร/รุ่น ใหม่ เพื่อสร้างรายการใหม่ หรือใช้เมนูจัดการในแต่ละแถวเพื่อแก้ไข / ดูผู้ลงทะเบียน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02-courses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15 หน้ารายการหลักสูตรทั้งหมด</w:t>
      </w:r>
    </w:p>
    <w:p>
      <w:r>
        <w:rPr>
          <w:rFonts w:ascii="TH Sarabun New" w:hAnsi="TH Sarabun New" w:eastAsia="TH Sarabun New"/>
          <w:b/>
          <w:sz w:val="36"/>
        </w:rPr>
        <w:t>16. เพิ่มหลักสูตร / รุ่นใหม่</w:t>
      </w:r>
    </w:p>
    <w:p>
      <w:r>
        <w:rPr>
          <w:rFonts w:ascii="TH Sarabun New" w:hAnsi="TH Sarabun New" w:eastAsia="TH Sarabun New"/>
          <w:b w:val="0"/>
          <w:sz w:val="32"/>
        </w:rPr>
        <w:t>1) กดปุ่ม + เพิ่มหลักสูตร/รุ่น ใหม่</w:t>
      </w:r>
    </w:p>
    <w:p>
      <w:r>
        <w:rPr>
          <w:rFonts w:ascii="TH Sarabun New" w:hAnsi="TH Sarabun New" w:eastAsia="TH Sarabun New"/>
          <w:b w:val="0"/>
          <w:sz w:val="32"/>
        </w:rPr>
        <w:t>2) กรอกชื่อหลักสูตร หมวดหมู่ หน่วยงาน วันอบรม สถานที่ จำนวนที่นั่ง ค่าสมัคร และรายละเอียด</w:t>
      </w:r>
    </w:p>
    <w:p>
      <w:r>
        <w:rPr>
          <w:rFonts w:ascii="TH Sarabun New" w:hAnsi="TH Sarabun New" w:eastAsia="TH Sarabun New"/>
          <w:b w:val="0"/>
          <w:sz w:val="32"/>
        </w:rPr>
        <w:t>3) กำหนดช่วงเปิด-ปิดรับสมัคร สถานะ และข้อมูลออนไลน์ (ลิงก์/รหัส) หากเป็นอบรมออนไลน์</w:t>
      </w:r>
    </w:p>
    <w:p>
      <w:r>
        <w:rPr>
          <w:rFonts w:ascii="TH Sarabun New" w:hAnsi="TH Sarabun New" w:eastAsia="TH Sarabun New"/>
          <w:b w:val="0"/>
          <w:sz w:val="32"/>
        </w:rPr>
        <w:t>4) บันทึกข้อมูล แล้วตรวจสอบว่ารายการปรากฏในหน้ารายการหลักสูตร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03-courses-new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16 หน้าเพิ่มหลักสูตร/รุ่นใหม่</w:t>
      </w:r>
    </w:p>
    <w:p>
      <w:r>
        <w:rPr>
          <w:rFonts w:ascii="TH Sarabun New" w:hAnsi="TH Sarabun New" w:eastAsia="TH Sarabun New"/>
          <w:b/>
          <w:sz w:val="36"/>
        </w:rPr>
        <w:t>17. แก้ไขข้อมูลหลักสูตร</w:t>
      </w:r>
    </w:p>
    <w:p>
      <w:r>
        <w:rPr>
          <w:rFonts w:ascii="TH Sarabun New" w:hAnsi="TH Sarabun New" w:eastAsia="TH Sarabun New"/>
          <w:b w:val="0"/>
          <w:sz w:val="32"/>
        </w:rPr>
        <w:t>1) จากรายการหลักสูตร เลือก แก้ไข ของรุ่นที่ต้องการ</w:t>
      </w:r>
    </w:p>
    <w:p>
      <w:r>
        <w:rPr>
          <w:rFonts w:ascii="TH Sarabun New" w:hAnsi="TH Sarabun New" w:eastAsia="TH Sarabun New"/>
          <w:b w:val="0"/>
          <w:sz w:val="32"/>
        </w:rPr>
        <w:t>2) ปรับข้อมูลวันอบรม ที่นั่ง เอกสารประกอบ วิทยากร หรือสถานะเปิด-ปิดรับสมัคร</w:t>
      </w:r>
    </w:p>
    <w:p>
      <w:r>
        <w:rPr>
          <w:rFonts w:ascii="TH Sarabun New" w:hAnsi="TH Sarabun New" w:eastAsia="TH Sarabun New"/>
          <w:b w:val="0"/>
          <w:sz w:val="32"/>
        </w:rPr>
        <w:t>3) บันทึกการเปลี่ยนแปลง แล้วตรวจสอบผลบนหน้าสาธารณะของหลักสูตร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16-course-edit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17 หน้าแก้ไขหลักสูตร</w:t>
      </w:r>
    </w:p>
    <w:p>
      <w:r>
        <w:rPr>
          <w:rFonts w:ascii="TH Sarabun New" w:hAnsi="TH Sarabun New" w:eastAsia="TH Sarabun New"/>
          <w:b/>
          <w:sz w:val="36"/>
        </w:rPr>
        <w:t>18. จัดการผู้ลงทะเบียน</w:t>
      </w:r>
    </w:p>
    <w:p>
      <w:r>
        <w:rPr>
          <w:rFonts w:ascii="TH Sarabun New" w:hAnsi="TH Sarabun New" w:eastAsia="TH Sarabun New"/>
          <w:b w:val="0"/>
          <w:sz w:val="32"/>
        </w:rPr>
        <w:t>1) เปิดเมนูผู้ลงทะเบียนของหลักสูตร (รายชื่อผู้สมัคร)</w:t>
      </w:r>
    </w:p>
    <w:p>
      <w:r>
        <w:rPr>
          <w:rFonts w:ascii="TH Sarabun New" w:hAnsi="TH Sarabun New" w:eastAsia="TH Sarabun New"/>
          <w:b w:val="0"/>
          <w:sz w:val="32"/>
        </w:rPr>
        <w:t>2) ค้นหา กรองสถานะ หรือเพิ่มผู้เข้าร่วมด้วยตนเองได้ตามสิทธิ์</w:t>
      </w:r>
    </w:p>
    <w:p>
      <w:r>
        <w:rPr>
          <w:rFonts w:ascii="TH Sarabun New" w:hAnsi="TH Sarabun New" w:eastAsia="TH Sarabun New"/>
          <w:b w:val="0"/>
          <w:sz w:val="32"/>
        </w:rPr>
        <w:t>3) ใช้สำหรับติดตามการเช็คอิน ออกวุฒิบัตร หรือส่งออกข้อมูลผู้เข้าอบรม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17-registrations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18 หน้ารายชื่อผู้ลงทะเบียน</w:t>
      </w:r>
    </w:p>
    <w:p>
      <w:r>
        <w:rPr>
          <w:rFonts w:ascii="TH Sarabun New" w:hAnsi="TH Sarabun New" w:eastAsia="TH Sarabun New"/>
          <w:b/>
          <w:sz w:val="36"/>
        </w:rPr>
        <w:t>19. QR Code สำหรับเช็คอิน</w:t>
      </w:r>
    </w:p>
    <w:p>
      <w:r>
        <w:rPr>
          <w:rFonts w:ascii="TH Sarabun New" w:hAnsi="TH Sarabun New" w:eastAsia="TH Sarabun New"/>
          <w:b w:val="0"/>
          <w:sz w:val="32"/>
        </w:rPr>
        <w:t>1) เปิดหน้า Check-in QR ของหลักสูตร</w:t>
      </w:r>
    </w:p>
    <w:p>
      <w:r>
        <w:rPr>
          <w:rFonts w:ascii="TH Sarabun New" w:hAnsi="TH Sarabun New" w:eastAsia="TH Sarabun New"/>
          <w:b w:val="0"/>
          <w:sz w:val="32"/>
        </w:rPr>
        <w:t>2) แสดงหรือพิมพ์ QR Code ให้ผู้เข้าอบรมสแกนในวันอบรม</w:t>
      </w:r>
    </w:p>
    <w:p>
      <w:r>
        <w:rPr>
          <w:rFonts w:ascii="TH Sarabun New" w:hAnsi="TH Sarabun New" w:eastAsia="TH Sarabun New"/>
          <w:b w:val="0"/>
          <w:sz w:val="32"/>
        </w:rPr>
        <w:t>3) ติดตามสถานะการเช็คอินคู่กับหน้ารายชื่อผู้ลงทะเบียน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18-checkin-qr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19 หน้า QR เช็คอินของหลักสูตร</w:t>
      </w:r>
    </w:p>
    <w:p>
      <w:r>
        <w:rPr>
          <w:rFonts w:ascii="TH Sarabun New" w:hAnsi="TH Sarabun New" w:eastAsia="TH Sarabun New"/>
          <w:b/>
          <w:sz w:val="36"/>
        </w:rPr>
        <w:t>20. สถิติแบบประเมินของหลักสูตร</w:t>
      </w:r>
    </w:p>
    <w:p>
      <w:r>
        <w:rPr>
          <w:rFonts w:ascii="TH Sarabun New" w:hAnsi="TH Sarabun New" w:eastAsia="TH Sarabun New"/>
          <w:b w:val="0"/>
          <w:sz w:val="32"/>
        </w:rPr>
        <w:t>1) เปิดหน้าสถิติแบบประเมินของรุ่นอบรม</w:t>
      </w:r>
    </w:p>
    <w:p>
      <w:r>
        <w:rPr>
          <w:rFonts w:ascii="TH Sarabun New" w:hAnsi="TH Sarabun New" w:eastAsia="TH Sarabun New"/>
          <w:b w:val="0"/>
          <w:sz w:val="32"/>
        </w:rPr>
        <w:t>2) ดูผลคะแนน ความคิดเห็น และอัตราการตอบแบบประเมิน</w:t>
      </w:r>
    </w:p>
    <w:p>
      <w:r>
        <w:rPr>
          <w:rFonts w:ascii="TH Sarabun New" w:hAnsi="TH Sarabun New" w:eastAsia="TH Sarabun New"/>
          <w:b w:val="0"/>
          <w:sz w:val="32"/>
        </w:rPr>
        <w:t>3) ใช้ข้อมูลนี้ประกอบการรายงานผลการดำเนินงาน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19-evaluation-stats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20 หน้าสถิติแบบประเมิน</w:t>
      </w:r>
    </w:p>
    <w:p>
      <w:r>
        <w:rPr>
          <w:rFonts w:ascii="TH Sarabun New" w:hAnsi="TH Sarabun New" w:eastAsia="TH Sarabun New"/>
          <w:b/>
          <w:sz w:val="36"/>
        </w:rPr>
        <w:t>21. ผู้ใช้งานและสิทธิ์ (เฉพาะผู้ดูแลระบบ)</w:t>
      </w:r>
    </w:p>
    <w:p>
      <w:r>
        <w:rPr>
          <w:rFonts w:ascii="TH Sarabun New" w:hAnsi="TH Sarabun New" w:eastAsia="TH Sarabun New"/>
          <w:b w:val="0"/>
          <w:sz w:val="32"/>
        </w:rPr>
        <w:t>1) เปิดเมนู ผู้ใช้งาน &amp; สิทธิ เพื่อดูรายชื่อผู้ใช้ในระบบ</w:t>
      </w:r>
    </w:p>
    <w:p>
      <w:r>
        <w:rPr>
          <w:rFonts w:ascii="TH Sarabun New" w:hAnsi="TH Sarabun New" w:eastAsia="TH Sarabun New"/>
          <w:b w:val="0"/>
          <w:sz w:val="32"/>
        </w:rPr>
        <w:t>2) ค้นหาผู้ใช้ ปรับบทบาท (เช่น ผู้จัดการหลักสูตร) หรือสถานะบัญชี</w:t>
      </w:r>
    </w:p>
    <w:p>
      <w:r>
        <w:rPr>
          <w:rFonts w:ascii="TH Sarabun New" w:hAnsi="TH Sarabun New" w:eastAsia="TH Sarabun New"/>
          <w:b w:val="0"/>
          <w:sz w:val="32"/>
        </w:rPr>
        <w:t>3) ใช้ เพิ่มผู้ใช้ หรือ นำเข้า (Import) เมื่อต้องเพิ่มผู้ใช้จำนวนมาก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04-users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21 หน้าจัดการผู้ใช้งาน</w:t>
      </w:r>
    </w:p>
    <w:p>
      <w:r>
        <w:rPr>
          <w:rFonts w:ascii="TH Sarabun New" w:hAnsi="TH Sarabun New" w:eastAsia="TH Sarabun New"/>
          <w:b/>
          <w:sz w:val="36"/>
        </w:rPr>
        <w:t>22. เพิ่มผู้ใช้งาน</w:t>
      </w:r>
    </w:p>
    <w:p>
      <w:r>
        <w:rPr>
          <w:rFonts w:ascii="TH Sarabun New" w:hAnsi="TH Sarabun New" w:eastAsia="TH Sarabun New"/>
          <w:b w:val="0"/>
          <w:sz w:val="32"/>
        </w:rPr>
        <w:t>1) กดเพิ่มผู้ใช้ แล้วกรอกข้อมูลส่วนตัว อีเมล และบทบาท</w:t>
      </w:r>
    </w:p>
    <w:p>
      <w:r>
        <w:rPr>
          <w:rFonts w:ascii="TH Sarabun New" w:hAnsi="TH Sarabun New" w:eastAsia="TH Sarabun New"/>
          <w:b w:val="0"/>
          <w:sz w:val="32"/>
        </w:rPr>
        <w:t>2) กำหนดหน่วยงานที่เกี่ยวข้องหากเป็นผู้จัดการหลักสูตร</w:t>
      </w:r>
    </w:p>
    <w:p>
      <w:r>
        <w:rPr>
          <w:rFonts w:ascii="TH Sarabun New" w:hAnsi="TH Sarabun New" w:eastAsia="TH Sarabun New"/>
          <w:b w:val="0"/>
          <w:sz w:val="32"/>
        </w:rPr>
        <w:t>3) บันทึกแล้วแจ้งผู้ใช้ให้เข้าสู่ระบบด้วยวิธีที่เหมาะสม (iPass หรืออีเมล)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05-users-add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22 หน้าเพิ่มผู้ใช้งาน</w:t>
      </w:r>
    </w:p>
    <w:p>
      <w:r>
        <w:rPr>
          <w:rFonts w:ascii="TH Sarabun New" w:hAnsi="TH Sarabun New" w:eastAsia="TH Sarabun New"/>
          <w:b/>
          <w:sz w:val="36"/>
        </w:rPr>
        <w:t>23. นำเข้าผู้ใช้งาน</w:t>
      </w:r>
    </w:p>
    <w:p>
      <w:r>
        <w:rPr>
          <w:rFonts w:ascii="TH Sarabun New" w:hAnsi="TH Sarabun New" w:eastAsia="TH Sarabun New"/>
          <w:b w:val="0"/>
          <w:sz w:val="32"/>
        </w:rPr>
        <w:t>1) เปิดหน้า Import ผู้ใช้</w:t>
      </w:r>
    </w:p>
    <w:p>
      <w:r>
        <w:rPr>
          <w:rFonts w:ascii="TH Sarabun New" w:hAnsi="TH Sarabun New" w:eastAsia="TH Sarabun New"/>
          <w:b w:val="0"/>
          <w:sz w:val="32"/>
        </w:rPr>
        <w:t>2) ดาวน์โหลดแม่แบบไฟล์ (ถ้ามี) กรอกข้อมูล แล้วอัปโหลดกลับเข้าระบบ</w:t>
      </w:r>
    </w:p>
    <w:p>
      <w:r>
        <w:rPr>
          <w:rFonts w:ascii="TH Sarabun New" w:hAnsi="TH Sarabun New" w:eastAsia="TH Sarabun New"/>
          <w:b w:val="0"/>
          <w:sz w:val="32"/>
        </w:rPr>
        <w:t>3) ตรวจสอบผลการนำเข้าและแก้ไขรายการที่ผิดพลาด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20-users-import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23 หน้านำเข้าผู้ใช้งาน</w:t>
      </w:r>
    </w:p>
    <w:p>
      <w:r>
        <w:rPr>
          <w:rFonts w:ascii="TH Sarabun New" w:hAnsi="TH Sarabun New" w:eastAsia="TH Sarabun New"/>
          <w:b/>
          <w:sz w:val="36"/>
        </w:rPr>
        <w:t>24. จัดการแบบประเมิน</w:t>
      </w:r>
    </w:p>
    <w:p>
      <w:r>
        <w:rPr>
          <w:rFonts w:ascii="TH Sarabun New" w:hAnsi="TH Sarabun New" w:eastAsia="TH Sarabun New"/>
          <w:b w:val="0"/>
          <w:sz w:val="32"/>
        </w:rPr>
        <w:t>1) เปิดเมนู แบบประเมิน เพื่อดูรายการแบบฟอร์มที่มีอยู่</w:t>
      </w:r>
    </w:p>
    <w:p>
      <w:r>
        <w:rPr>
          <w:rFonts w:ascii="TH Sarabun New" w:hAnsi="TH Sarabun New" w:eastAsia="TH Sarabun New"/>
          <w:b w:val="0"/>
          <w:sz w:val="32"/>
        </w:rPr>
        <w:t>2) สร้างแบบประเมินใหม่ หรือแก้ไขข้อคำถาม/มาตรวัดตามต้องการ</w:t>
      </w:r>
    </w:p>
    <w:p>
      <w:r>
        <w:rPr>
          <w:rFonts w:ascii="TH Sarabun New" w:hAnsi="TH Sarabun New" w:eastAsia="TH Sarabun New"/>
          <w:b w:val="0"/>
          <w:sz w:val="32"/>
        </w:rPr>
        <w:t>3) ผูกแบบประเมินเข้ากับหลักสูตรเมื่อสร้างหรือแก้ไขรุ่นอบรม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06-evaluations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24 หน้ารายการแบบประเมิน</w:t>
      </w:r>
    </w:p>
    <w:p>
      <w:r>
        <w:rPr>
          <w:rFonts w:ascii="TH Sarabun New" w:hAnsi="TH Sarabun New" w:eastAsia="TH Sarabun New"/>
          <w:b/>
          <w:sz w:val="36"/>
        </w:rPr>
        <w:t>25. สร้างแบบประเมินใหม่</w:t>
      </w:r>
    </w:p>
    <w:p>
      <w:r>
        <w:rPr>
          <w:rFonts w:ascii="TH Sarabun New" w:hAnsi="TH Sarabun New" w:eastAsia="TH Sarabun New"/>
          <w:b w:val="0"/>
          <w:sz w:val="32"/>
        </w:rPr>
        <w:t>1) กดสร้างแบบประเมินใหม่</w:t>
      </w:r>
    </w:p>
    <w:p>
      <w:r>
        <w:rPr>
          <w:rFonts w:ascii="TH Sarabun New" w:hAnsi="TH Sarabun New" w:eastAsia="TH Sarabun New"/>
          <w:b w:val="0"/>
          <w:sz w:val="32"/>
        </w:rPr>
        <w:t>2) ตั้งชื่อแบบฟอร์ม เพิ่มข้อคำถาม และกำหนดประเภทคำตอบ</w:t>
      </w:r>
    </w:p>
    <w:p>
      <w:r>
        <w:rPr>
          <w:rFonts w:ascii="TH Sarabun New" w:hAnsi="TH Sarabun New" w:eastAsia="TH Sarabun New"/>
          <w:b w:val="0"/>
          <w:sz w:val="32"/>
        </w:rPr>
        <w:t>3) บันทึกแล้วเลือกใช้กับหลักสูตรที่ต้องการ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07-evaluations-new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25 หน้าสร้างแบบประเมิน</w:t>
      </w:r>
    </w:p>
    <w:p>
      <w:r>
        <w:rPr>
          <w:rFonts w:ascii="TH Sarabun New" w:hAnsi="TH Sarabun New" w:eastAsia="TH Sarabun New"/>
          <w:b/>
          <w:sz w:val="36"/>
        </w:rPr>
        <w:t>26. หมวดหมู่หลักสูตร (เฉพาะผู้ดูแลระบบ)</w:t>
      </w:r>
    </w:p>
    <w:p>
      <w:r>
        <w:rPr>
          <w:rFonts w:ascii="TH Sarabun New" w:hAnsi="TH Sarabun New" w:eastAsia="TH Sarabun New"/>
          <w:b w:val="0"/>
          <w:sz w:val="32"/>
        </w:rPr>
        <w:t>1) เปิดเมนู หมวดหมู่ เพื่อจัดการกลุ่มหลักสูตร เช่น AI, Digital Skill</w:t>
      </w:r>
    </w:p>
    <w:p>
      <w:r>
        <w:rPr>
          <w:rFonts w:ascii="TH Sarabun New" w:hAnsi="TH Sarabun New" w:eastAsia="TH Sarabun New"/>
          <w:b w:val="0"/>
          <w:sz w:val="32"/>
        </w:rPr>
        <w:t>2) เพิ่ม แก้ไข หรือจัดลำดับหมวดหมู่ให้ตรงกับการแสดงผลหน้าแรก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08-categories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26 หน้าจัดการหมวดหมู่</w:t>
      </w:r>
    </w:p>
    <w:p>
      <w:r>
        <w:rPr>
          <w:rFonts w:ascii="TH Sarabun New" w:hAnsi="TH Sarabun New" w:eastAsia="TH Sarabun New"/>
          <w:b/>
          <w:sz w:val="36"/>
        </w:rPr>
        <w:t>27. หน่วยงาน (เฉพาะผู้ดูแลระบบ)</w:t>
      </w:r>
    </w:p>
    <w:p>
      <w:r>
        <w:rPr>
          <w:rFonts w:ascii="TH Sarabun New" w:hAnsi="TH Sarabun New" w:eastAsia="TH Sarabun New"/>
          <w:b w:val="0"/>
          <w:sz w:val="32"/>
        </w:rPr>
        <w:t>1) เปิดเมนู หน่วยงาน เพื่อดูแลข้อมูลคณะ/หน่วยงานที่เปิดหลักสูตร</w:t>
      </w:r>
    </w:p>
    <w:p>
      <w:r>
        <w:rPr>
          <w:rFonts w:ascii="TH Sarabun New" w:hAnsi="TH Sarabun New" w:eastAsia="TH Sarabun New"/>
          <w:b w:val="0"/>
          <w:sz w:val="32"/>
        </w:rPr>
        <w:t>2) เพิ่มหรือแก้ไขชื่อ รหัส และข้อมูลแสดงผลของหน่วยงาน</w:t>
      </w:r>
    </w:p>
    <w:p>
      <w:r>
        <w:rPr>
          <w:rFonts w:ascii="TH Sarabun New" w:hAnsi="TH Sarabun New" w:eastAsia="TH Sarabun New"/>
          <w:b w:val="0"/>
          <w:sz w:val="32"/>
        </w:rPr>
        <w:t>3) หน่วยงานนี้จะถูกใช้ผูกกับหลักสูตรและสิทธิ์ผู้จัดการหลักสูตร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09-organizations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27 หน้าจัดการหน่วยงาน</w:t>
      </w:r>
    </w:p>
    <w:p>
      <w:r>
        <w:rPr>
          <w:rFonts w:ascii="TH Sarabun New" w:hAnsi="TH Sarabun New" w:eastAsia="TH Sarabun New"/>
          <w:b/>
          <w:sz w:val="36"/>
        </w:rPr>
        <w:t>28. จัดการวิทยากร</w:t>
      </w:r>
    </w:p>
    <w:p>
      <w:r>
        <w:rPr>
          <w:rFonts w:ascii="TH Sarabun New" w:hAnsi="TH Sarabun New" w:eastAsia="TH Sarabun New"/>
          <w:b w:val="0"/>
          <w:sz w:val="32"/>
        </w:rPr>
        <w:t>1) เปิดเมนู วิทยากร เพื่อดูแลทำเนียบวิทยากร</w:t>
      </w:r>
    </w:p>
    <w:p>
      <w:r>
        <w:rPr>
          <w:rFonts w:ascii="TH Sarabun New" w:hAnsi="TH Sarabun New" w:eastAsia="TH Sarabun New"/>
          <w:b w:val="0"/>
          <w:sz w:val="32"/>
        </w:rPr>
        <w:t>2) เพิ่ม/แก้ไขชื่อ ความเชี่ยวชาญ และข้อมูลติดต่อ</w:t>
      </w:r>
    </w:p>
    <w:p>
      <w:r>
        <w:rPr>
          <w:rFonts w:ascii="TH Sarabun New" w:hAnsi="TH Sarabun New" w:eastAsia="TH Sarabun New"/>
          <w:b w:val="0"/>
          <w:sz w:val="32"/>
        </w:rPr>
        <w:t>3) เลือกวิทยากรเมื่อสร้างหรือแก้ไขหลักสูตร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10-speakers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28 หน้าจัดการวิทยากร</w:t>
      </w:r>
    </w:p>
    <w:p>
      <w:r>
        <w:rPr>
          <w:rFonts w:ascii="TH Sarabun New" w:hAnsi="TH Sarabun New" w:eastAsia="TH Sarabun New"/>
          <w:b/>
          <w:sz w:val="36"/>
        </w:rPr>
        <w:t>29. รายการแนะนำขอจัดอบรม</w:t>
      </w:r>
    </w:p>
    <w:p>
      <w:r>
        <w:rPr>
          <w:rFonts w:ascii="TH Sarabun New" w:hAnsi="TH Sarabun New" w:eastAsia="TH Sarabun New"/>
          <w:b w:val="0"/>
          <w:sz w:val="32"/>
        </w:rPr>
        <w:t>1) เปิดเมนู รายการแนะนำขอจัด เพื่อจัดการข้อเสนอหลักสูตร/ค่าย/กิจกรรมที่หน่วยงานพร้อมจัดให้</w:t>
      </w:r>
    </w:p>
    <w:p>
      <w:r>
        <w:rPr>
          <w:rFonts w:ascii="TH Sarabun New" w:hAnsi="TH Sarabun New" w:eastAsia="TH Sarabun New"/>
          <w:b w:val="0"/>
          <w:sz w:val="32"/>
        </w:rPr>
        <w:t>2) เพิ่มหรือแก้ไขรายการแนะนำให้ปรากฏในหน้า ขอจัดอบรม ของผู้ใช้ทั่วไป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11-training-offers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29 หน้าจัดการรายการแนะนำขอจัด</w:t>
      </w:r>
    </w:p>
    <w:p>
      <w:r>
        <w:rPr>
          <w:rFonts w:ascii="TH Sarabun New" w:hAnsi="TH Sarabun New" w:eastAsia="TH Sarabun New"/>
          <w:b/>
          <w:sz w:val="36"/>
        </w:rPr>
        <w:t>30. คำขอจัดอบรม</w:t>
      </w:r>
    </w:p>
    <w:p>
      <w:r>
        <w:rPr>
          <w:rFonts w:ascii="TH Sarabun New" w:hAnsi="TH Sarabun New" w:eastAsia="TH Sarabun New"/>
          <w:b w:val="0"/>
          <w:sz w:val="32"/>
        </w:rPr>
        <w:t>1) เปิดเมนู คำขอจัดอบรม เพื่อดูคำขอที่ผู้ใช้ส่งเข้ามา (มีตัวเลขแจ้งเตือนหากมีรายการรอ)</w:t>
      </w:r>
    </w:p>
    <w:p>
      <w:r>
        <w:rPr>
          <w:rFonts w:ascii="TH Sarabun New" w:hAnsi="TH Sarabun New" w:eastAsia="TH Sarabun New"/>
          <w:b w:val="0"/>
          <w:sz w:val="32"/>
        </w:rPr>
        <w:t>2) ตรวจสอบรายละเอียดผู้ติดต่อ ช่วงเวลา และจำนวนผู้เข้าร่วม</w:t>
      </w:r>
    </w:p>
    <w:p>
      <w:r>
        <w:rPr>
          <w:rFonts w:ascii="TH Sarabun New" w:hAnsi="TH Sarabun New" w:eastAsia="TH Sarabun New"/>
          <w:b w:val="0"/>
          <w:sz w:val="32"/>
        </w:rPr>
        <w:t>3) อัปเดตสถานะคำขอและประสานงานจัดอบรมตามขั้นตอนของหน่วยงาน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12-training-requests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30 หน้าจัดการคำขอจัดอบรม</w:t>
      </w:r>
    </w:p>
    <w:p>
      <w:r>
        <w:rPr>
          <w:rFonts w:ascii="TH Sarabun New" w:hAnsi="TH Sarabun New" w:eastAsia="TH Sarabun New"/>
          <w:b/>
          <w:sz w:val="36"/>
        </w:rPr>
        <w:t>31. รูปแบบวุฒิบัตร</w:t>
      </w:r>
    </w:p>
    <w:p>
      <w:r>
        <w:rPr>
          <w:rFonts w:ascii="TH Sarabun New" w:hAnsi="TH Sarabun New" w:eastAsia="TH Sarabun New"/>
          <w:b w:val="0"/>
          <w:sz w:val="32"/>
        </w:rPr>
        <w:t>1) เปิดเมนู วุฒิบัตร เพื่อออกแบบหรือปรับเลย์เอาต์ใบประกาศนียบัตร</w:t>
      </w:r>
    </w:p>
    <w:p>
      <w:r>
        <w:rPr>
          <w:rFonts w:ascii="TH Sarabun New" w:hAnsi="TH Sarabun New" w:eastAsia="TH Sarabun New"/>
          <w:b w:val="0"/>
          <w:sz w:val="32"/>
        </w:rPr>
        <w:t>2) จัดตำแหน่งชื่อผู้เข้าอบรม ชื่อหลักสูตร วันที่ และลายเซ็นให้ถูกต้อง</w:t>
      </w:r>
    </w:p>
    <w:p>
      <w:r>
        <w:rPr>
          <w:rFonts w:ascii="TH Sarabun New" w:hAnsi="TH Sarabun New" w:eastAsia="TH Sarabun New"/>
          <w:b w:val="0"/>
          <w:sz w:val="32"/>
        </w:rPr>
        <w:t>3) บันทึกเลย์เอาต์แล้วทดสอบพิมพ์/ส่งออกก่อนใช้งานจริง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13-certificate-layouts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31 หน้าจัดการรูปแบบวุฒิบัตร</w:t>
      </w:r>
    </w:p>
    <w:p>
      <w:r>
        <w:rPr>
          <w:rFonts w:ascii="TH Sarabun New" w:hAnsi="TH Sarabun New" w:eastAsia="TH Sarabun New"/>
          <w:b/>
          <w:sz w:val="36"/>
        </w:rPr>
        <w:t>32. จัดการโครงการ</w:t>
      </w:r>
    </w:p>
    <w:p>
      <w:r>
        <w:rPr>
          <w:rFonts w:ascii="TH Sarabun New" w:hAnsi="TH Sarabun New" w:eastAsia="TH Sarabun New"/>
          <w:b w:val="0"/>
          <w:sz w:val="32"/>
        </w:rPr>
        <w:t>1) จากหน้ารายการหลักสูตร กด จัดการโครงการ หรือไปที่ /admin/projects</w:t>
      </w:r>
    </w:p>
    <w:p>
      <w:r>
        <w:rPr>
          <w:rFonts w:ascii="TH Sarabun New" w:hAnsi="TH Sarabun New" w:eastAsia="TH Sarabun New"/>
          <w:b w:val="0"/>
          <w:sz w:val="32"/>
        </w:rPr>
        <w:t>2) สร้าง/แก้ไขโครงการและเชื่อมโยงกับหลักสูตรหรือรอบการดำเนินงาน</w:t>
      </w:r>
    </w:p>
    <w:p>
      <w:r>
        <w:rPr>
          <w:rFonts w:ascii="TH Sarabun New" w:hAnsi="TH Sarabun New" w:eastAsia="TH Sarabun New"/>
          <w:b w:val="0"/>
          <w:sz w:val="32"/>
        </w:rPr>
        <w:t>3) ใช้ติดตามความคืบหน้าและข้อมูลประกอบรายงาน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21-projects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32 หน้าจัดการโครงการ</w:t>
      </w:r>
    </w:p>
    <w:p>
      <w:r>
        <w:rPr>
          <w:rFonts w:ascii="TH Sarabun New" w:hAnsi="TH Sarabun New" w:eastAsia="TH Sarabun New"/>
          <w:b/>
          <w:sz w:val="36"/>
        </w:rPr>
        <w:t>33. รายงาน</w:t>
      </w:r>
    </w:p>
    <w:p>
      <w:r>
        <w:rPr>
          <w:rFonts w:ascii="TH Sarabun New" w:hAnsi="TH Sarabun New" w:eastAsia="TH Sarabun New"/>
          <w:b w:val="0"/>
          <w:sz w:val="32"/>
        </w:rPr>
        <w:t>1) เปิดหน้า /admin/reports เพื่อดูรายงานสรุปด้านการอบรม</w:t>
      </w:r>
    </w:p>
    <w:p>
      <w:r>
        <w:rPr>
          <w:rFonts w:ascii="TH Sarabun New" w:hAnsi="TH Sarabun New" w:eastAsia="TH Sarabun New"/>
          <w:b w:val="0"/>
          <w:sz w:val="32"/>
        </w:rPr>
        <w:t>2) เลือกช่วงเวลาหรือตัวกรองที่เกี่ยวข้อง แล้วส่งออกตามรูปแบบที่ระบบรองรับ</w:t>
      </w:r>
    </w:p>
    <w:p>
      <w:r>
        <w:rPr>
          <w:rFonts w:ascii="TH Sarabun New" w:hAnsi="TH Sarabun New" w:eastAsia="TH Sarabun New"/>
          <w:b w:val="0"/>
          <w:sz w:val="32"/>
        </w:rPr>
        <w:t>3) ใช้ร่วมกับหน้า ผลการดำเนินงาน สำหรับติดตามภาพรวมของหน่วยงาน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5433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15-reports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4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H Sarabun New" w:hAnsi="TH Sarabun New" w:eastAsia="TH Sarabun New"/>
          <w:b w:val="0"/>
          <w:i/>
          <w:sz w:val="28"/>
        </w:rPr>
        <w:t>ภาพที่ 33 หน้าจอรายงาน</w:t>
      </w:r>
    </w:p>
    <w:p>
      <w:r>
        <w:rPr>
          <w:rFonts w:ascii="TH Sarabun New" w:hAnsi="TH Sarabun New" w:eastAsia="TH Sarabun New"/>
          <w:b w:val="0"/>
          <w:sz w:val="28"/>
        </w:rPr>
        <w:t>หมายเหตุ: ฟอนต์ที่ใช้ในเอกสารคือ TH Sarabun New ตามมาตรฐานเอกสารราชการไทย หากเปิดไฟล์แล้วตัวอักษรไม่ตรง ให้ติดตั้งฟอนต์ TH Sarabun New บนเครื่อง</w:t>
      </w:r>
    </w:p>
    <w:sectPr w:rsidR="00FC693F" w:rsidRPr="0006063C" w:rsidSect="00034616">
      <w:footerReference w:type="default" r:id="rId9"/>
      <w:pgSz w:w="11906" w:h="16838"/>
      <w:pgMar w:top="1134" w:right="1134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H Sarabun New" w:hAnsi="TH Sarabun New" w:eastAsia="TH Sarabun New"/>
        <w:b w:val="0"/>
        <w:sz w:val="24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New" w:hAnsi="TH Sarabun New" w:eastAsia="TH Sarabun New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Relationship Id="rId30" Type="http://schemas.openxmlformats.org/officeDocument/2006/relationships/image" Target="media/image21.png"/><Relationship Id="rId31" Type="http://schemas.openxmlformats.org/officeDocument/2006/relationships/image" Target="media/image22.png"/><Relationship Id="rId32" Type="http://schemas.openxmlformats.org/officeDocument/2006/relationships/image" Target="media/image23.png"/><Relationship Id="rId33" Type="http://schemas.openxmlformats.org/officeDocument/2006/relationships/image" Target="media/image24.png"/><Relationship Id="rId34" Type="http://schemas.openxmlformats.org/officeDocument/2006/relationships/image" Target="media/image25.png"/><Relationship Id="rId35" Type="http://schemas.openxmlformats.org/officeDocument/2006/relationships/image" Target="media/image26.png"/><Relationship Id="rId36" Type="http://schemas.openxmlformats.org/officeDocument/2006/relationships/image" Target="media/image27.png"/><Relationship Id="rId37" Type="http://schemas.openxmlformats.org/officeDocument/2006/relationships/image" Target="media/image28.png"/><Relationship Id="rId38" Type="http://schemas.openxmlformats.org/officeDocument/2006/relationships/image" Target="media/image29.png"/><Relationship Id="rId39" Type="http://schemas.openxmlformats.org/officeDocument/2006/relationships/image" Target="media/image30.png"/><Relationship Id="rId40" Type="http://schemas.openxmlformats.org/officeDocument/2006/relationships/image" Target="media/image31.png"/><Relationship Id="rId4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